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Communications Support Agent</w:t>
      </w:r>
    </w:p>
    <w:p>
      <w:pPr>
        <w:pStyle w:val="Subtitle"/>
      </w:pPr>
      <w:r>
        <w:t>Complete intake questions and available response options</w:t>
      </w:r>
    </w:p>
    <w:p>
      <w:r>
        <w:t>28 items: 22 structured questions and six situational scenarios. Wording is transcribed from the source instrument; scenario six comes from the founder-approved profile-builder record.</w:t>
      </w:r>
    </w:p>
    <w:p>
      <w:r>
        <w:t>Choose the permitted response(s) for each question. Free-text items and scenario prompts are written responses. “Other” fields may be completed where offered.</w:t>
      </w:r>
    </w:p>
    <w:p>
      <w:pPr>
        <w:pStyle w:val="Heading1"/>
      </w:pPr>
      <w:r>
        <w:t>A. Communication profile</w:t>
      </w:r>
    </w:p>
    <w:p>
      <w:pPr>
        <w:pStyle w:val="Heading2"/>
      </w:pPr>
      <w:r>
        <w:t>Q1 — Communication priorities</w:t>
      </w:r>
    </w:p>
    <w:p>
      <w:r>
        <w:t>When communication matters, which outcomes are most important to you?</w:t>
      </w:r>
    </w:p>
    <w:p>
      <w:r>
        <w:rPr>
          <w:i/>
        </w:rPr>
        <w:t>Select up to three.</w:t>
      </w:r>
    </w:p>
    <w:p>
      <w:pPr>
        <w:ind w:left="317"/>
      </w:pPr>
      <w:r>
        <w:t>☐  Being precise</w:t>
      </w:r>
    </w:p>
    <w:p>
      <w:pPr>
        <w:ind w:left="317"/>
      </w:pPr>
      <w:r>
        <w:t>☐  Being direct</w:t>
      </w:r>
    </w:p>
    <w:p>
      <w:pPr>
        <w:ind w:left="317"/>
      </w:pPr>
      <w:r>
        <w:t>☐  Being concise</w:t>
      </w:r>
    </w:p>
    <w:p>
      <w:pPr>
        <w:ind w:left="317"/>
      </w:pPr>
      <w:r>
        <w:t>☐  Being understood as intended</w:t>
      </w:r>
    </w:p>
    <w:p>
      <w:pPr>
        <w:ind w:left="317"/>
      </w:pPr>
      <w:r>
        <w:t>☐  Avoiding unnecessary conflict</w:t>
      </w:r>
    </w:p>
    <w:p>
      <w:pPr>
        <w:ind w:left="317"/>
      </w:pPr>
      <w:r>
        <w:t>☐  Preserving the relationship</w:t>
      </w:r>
    </w:p>
    <w:p>
      <w:pPr>
        <w:ind w:left="317"/>
      </w:pPr>
      <w:r>
        <w:t>☐  Having enough context</w:t>
      </w:r>
    </w:p>
    <w:p>
      <w:pPr>
        <w:ind w:left="317"/>
      </w:pPr>
      <w:r>
        <w:t>☐  Reaching a useful outcome</w:t>
      </w:r>
    </w:p>
    <w:p>
      <w:pPr>
        <w:ind w:left="317"/>
      </w:pPr>
      <w:r>
        <w:t>☐  Being able to say exactly what I think</w:t>
      </w:r>
    </w:p>
    <w:p>
      <w:pPr>
        <w:ind w:left="317"/>
      </w:pPr>
      <w:r>
        <w:t>☐  Other: ______</w:t>
      </w:r>
    </w:p>
    <w:p>
      <w:pPr>
        <w:pStyle w:val="Heading2"/>
      </w:pPr>
      <w:r>
        <w:t>Q2 — Explicit versus indirect communication</w:t>
      </w:r>
    </w:p>
    <w:p>
      <w:r>
        <w:t>When someone is communicating something important to you, what usually works best?</w:t>
      </w:r>
    </w:p>
    <w:p>
      <w:r>
        <w:rPr>
          <w:i/>
        </w:rPr>
        <w:t>Select one.</w:t>
      </w:r>
    </w:p>
    <w:p>
      <w:pPr>
        <w:ind w:left="317"/>
      </w:pPr>
      <w:r>
        <w:t>☐  Say exactly what they mean</w:t>
      </w:r>
    </w:p>
    <w:p>
      <w:pPr>
        <w:ind w:left="317"/>
      </w:pPr>
      <w:r>
        <w:t>☐  Be mostly direct but allow some implied meaning</w:t>
      </w:r>
    </w:p>
    <w:p>
      <w:pPr>
        <w:ind w:left="317"/>
      </w:pPr>
      <w:r>
        <w:t>☐  A mix of direct and indirect communication works well</w:t>
      </w:r>
    </w:p>
    <w:p>
      <w:pPr>
        <w:ind w:left="317"/>
      </w:pPr>
      <w:r>
        <w:t>☐  I am comfortable inferring meaning from context</w:t>
      </w:r>
    </w:p>
    <w:p>
      <w:pPr>
        <w:ind w:left="317"/>
      </w:pPr>
      <w:r>
        <w:t>☐  It depends strongly on the situation</w:t>
      </w:r>
    </w:p>
    <w:p>
      <w:pPr>
        <w:ind w:left="317"/>
      </w:pPr>
      <w:r>
        <w:t>☐  Other: ______</w:t>
      </w:r>
    </w:p>
    <w:p>
      <w:r>
        <w:t>Optional follow-up: What tends to make communication unnecessarily difficult for you?</w:t>
      </w:r>
    </w:p>
    <w:p>
      <w:pPr>
        <w:pStyle w:val="Heading2"/>
      </w:pPr>
      <w:r>
        <w:t>Q3 — How your communication may be misread</w:t>
      </w:r>
    </w:p>
    <w:p>
      <w:r>
        <w:t>Are there ways your communication is sometimes interpreted differently from what you intend?</w:t>
      </w:r>
    </w:p>
    <w:p>
      <w:r>
        <w:t>Examples might include being perceived as critical, angry, dismissive, overly certain, too blunt, uninterested, or something else.</w:t>
      </w:r>
    </w:p>
    <w:p>
      <w:r>
        <w:rPr>
          <w:i/>
        </w:rPr>
        <w:t>Free-text response.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pPr>
        <w:pStyle w:val="Heading2"/>
      </w:pPr>
      <w:r>
        <w:t>Q4 — Implicit or ambiguous meaning</w:t>
      </w:r>
    </w:p>
    <w:p>
      <w:r>
        <w:t>When another person's meaning is not explicit, what best describes you?</w:t>
      </w:r>
    </w:p>
    <w:p>
      <w:r>
        <w:rPr>
          <w:i/>
        </w:rPr>
        <w:t>Select one.</w:t>
      </w:r>
    </w:p>
    <w:p>
      <w:pPr>
        <w:ind w:left="317"/>
      </w:pPr>
      <w:r>
        <w:t>☐  I can usually infer what they mean confidently</w:t>
      </w:r>
    </w:p>
    <w:p>
      <w:pPr>
        <w:ind w:left="317"/>
      </w:pPr>
      <w:r>
        <w:t>☐  I can usually infer it, but I prefer confirmation</w:t>
      </w:r>
    </w:p>
    <w:p>
      <w:pPr>
        <w:ind w:left="317"/>
      </w:pPr>
      <w:r>
        <w:t>☐  I often see several plausible meanings</w:t>
      </w:r>
    </w:p>
    <w:p>
      <w:pPr>
        <w:ind w:left="317"/>
      </w:pPr>
      <w:r>
        <w:t>☐  I find it difficult to know which interpretation is most likely</w:t>
      </w:r>
    </w:p>
    <w:p>
      <w:pPr>
        <w:ind w:left="317"/>
      </w:pPr>
      <w:r>
        <w:t>☐  My ability varies considerably by context</w:t>
      </w:r>
    </w:p>
    <w:p>
      <w:pPr>
        <w:ind w:left="317"/>
      </w:pPr>
      <w:r>
        <w:t>☐  Other: ______</w:t>
      </w:r>
    </w:p>
    <w:p>
      <w:pPr>
        <w:pStyle w:val="Heading2"/>
      </w:pPr>
      <w:r>
        <w:t>Q5 — Information format</w:t>
      </w:r>
    </w:p>
    <w:p>
      <w:r>
        <w:t>For complex information, which formats generally help you understand it best?</w:t>
      </w:r>
    </w:p>
    <w:p>
      <w:r>
        <w:rPr>
          <w:i/>
        </w:rPr>
        <w:t>Select all that apply.</w:t>
      </w:r>
    </w:p>
    <w:p>
      <w:pPr>
        <w:ind w:left="317"/>
      </w:pPr>
      <w:r>
        <w:t>☐  Short summary first</w:t>
      </w:r>
    </w:p>
    <w:p>
      <w:pPr>
        <w:ind w:left="317"/>
      </w:pPr>
      <w:r>
        <w:t>☐  Structured categories</w:t>
      </w:r>
    </w:p>
    <w:p>
      <w:pPr>
        <w:ind w:left="317"/>
      </w:pPr>
      <w:r>
        <w:t>☐  Step-by-step explanation</w:t>
      </w:r>
    </w:p>
    <w:p>
      <w:pPr>
        <w:ind w:left="317"/>
      </w:pPr>
      <w:r>
        <w:t>☐  Bullet points</w:t>
      </w:r>
    </w:p>
    <w:p>
      <w:pPr>
        <w:ind w:left="317"/>
      </w:pPr>
      <w:r>
        <w:t>☐  Detailed prose</w:t>
      </w:r>
    </w:p>
    <w:p>
      <w:pPr>
        <w:ind w:left="317"/>
      </w:pPr>
      <w:r>
        <w:t>☐  Comparison table</w:t>
      </w:r>
    </w:p>
    <w:p>
      <w:pPr>
        <w:ind w:left="317"/>
      </w:pPr>
      <w:r>
        <w:t>☐  Examples</w:t>
      </w:r>
    </w:p>
    <w:p>
      <w:pPr>
        <w:ind w:left="317"/>
      </w:pPr>
      <w:r>
        <w:t>☐  Visual explanation</w:t>
      </w:r>
    </w:p>
    <w:p>
      <w:pPr>
        <w:ind w:left="317"/>
      </w:pPr>
      <w:r>
        <w:t>☐  Questions and discussion</w:t>
      </w:r>
    </w:p>
    <w:p>
      <w:pPr>
        <w:ind w:left="317"/>
      </w:pPr>
      <w:r>
        <w:t>☐  Recommendation first, reasoning second</w:t>
      </w:r>
    </w:p>
    <w:p>
      <w:pPr>
        <w:ind w:left="317"/>
      </w:pPr>
      <w:r>
        <w:t>☐  Reasoning first, recommendation second</w:t>
      </w:r>
    </w:p>
    <w:p>
      <w:pPr>
        <w:ind w:left="317"/>
      </w:pPr>
      <w:r>
        <w:t>☐  Other: ______</w:t>
      </w:r>
    </w:p>
    <w:p>
      <w:pPr>
        <w:pStyle w:val="Heading2"/>
      </w:pPr>
      <w:r>
        <w:t>Q6 — Processing and response pace</w:t>
      </w:r>
    </w:p>
    <w:p>
      <w:r>
        <w:t>When dealing with something complicated or important, which support is useful?</w:t>
      </w:r>
    </w:p>
    <w:p>
      <w:r>
        <w:rPr>
          <w:i/>
        </w:rPr>
        <w:t>Select all that apply.</w:t>
      </w:r>
    </w:p>
    <w:p>
      <w:pPr>
        <w:ind w:left="317"/>
      </w:pPr>
      <w:r>
        <w:t>☐  Give me the information and let me think</w:t>
      </w:r>
    </w:p>
    <w:p>
      <w:pPr>
        <w:ind w:left="317"/>
      </w:pPr>
      <w:r>
        <w:t>☐  Break the issue into smaller parts</w:t>
      </w:r>
    </w:p>
    <w:p>
      <w:pPr>
        <w:ind w:left="317"/>
      </w:pPr>
      <w:r>
        <w:t>☐  Ask one question at a time</w:t>
      </w:r>
    </w:p>
    <w:p>
      <w:pPr>
        <w:ind w:left="317"/>
      </w:pPr>
      <w:r>
        <w:t>☐  Let me discuss it interactively</w:t>
      </w:r>
    </w:p>
    <w:p>
      <w:pPr>
        <w:ind w:left="317"/>
      </w:pPr>
      <w:r>
        <w:t>☐  Avoid rushing me toward a decision</w:t>
      </w:r>
    </w:p>
    <w:p>
      <w:pPr>
        <w:ind w:left="317"/>
      </w:pPr>
      <w:r>
        <w:t>☐  Summarize where we have reached before continuing</w:t>
      </w:r>
    </w:p>
    <w:p>
      <w:pPr>
        <w:ind w:left="317"/>
      </w:pPr>
      <w:r>
        <w:t>☐  Processing time is rarely an issue for me</w:t>
      </w:r>
    </w:p>
    <w:p>
      <w:pPr>
        <w:ind w:left="317"/>
      </w:pPr>
      <w:r>
        <w:t>☐  Other: ______</w:t>
      </w:r>
    </w:p>
    <w:p>
      <w:pPr>
        <w:pStyle w:val="Heading1"/>
      </w:pPr>
      <w:r>
        <w:t>B. Decision-support profile</w:t>
      </w:r>
    </w:p>
    <w:p>
      <w:pPr>
        <w:pStyle w:val="Heading2"/>
      </w:pPr>
      <w:r>
        <w:t>Q7 — Presenting alternatives</w:t>
      </w:r>
    </w:p>
    <w:p>
      <w:r>
        <w:t>When I need to choose among alternatives, I find these most useful:</w:t>
      </w:r>
    </w:p>
    <w:p>
      <w:r>
        <w:rPr>
          <w:i/>
        </w:rPr>
        <w:t>Select all that apply.</w:t>
      </w:r>
    </w:p>
    <w:p>
      <w:pPr>
        <w:ind w:left="317"/>
      </w:pPr>
      <w:r>
        <w:t>☐  Clearly defined options</w:t>
      </w:r>
    </w:p>
    <w:p>
      <w:pPr>
        <w:ind w:left="317"/>
      </w:pPr>
      <w:r>
        <w:t>☐  Pros and cons</w:t>
      </w:r>
    </w:p>
    <w:p>
      <w:pPr>
        <w:ind w:left="317"/>
      </w:pPr>
      <w:r>
        <w:t>☐  Risks and consequences</w:t>
      </w:r>
    </w:p>
    <w:p>
      <w:pPr>
        <w:ind w:left="317"/>
      </w:pPr>
      <w:r>
        <w:t>☐  Likelihood of each outcome</w:t>
      </w:r>
    </w:p>
    <w:p>
      <w:pPr>
        <w:ind w:left="317"/>
      </w:pPr>
      <w:r>
        <w:t>☐  A recommended option</w:t>
      </w:r>
    </w:p>
    <w:p>
      <w:pPr>
        <w:ind w:left="317"/>
      </w:pPr>
      <w:r>
        <w:t>☐  Questions that help clarify what matters to me</w:t>
      </w:r>
    </w:p>
    <w:p>
      <w:pPr>
        <w:ind w:left="317"/>
      </w:pPr>
      <w:r>
        <w:t>☐  A comparison against explicit criteria</w:t>
      </w:r>
    </w:p>
    <w:p>
      <w:pPr>
        <w:ind w:left="317"/>
      </w:pPr>
      <w:r>
        <w:t>☐  Knowing what happens next</w:t>
      </w:r>
    </w:p>
    <w:p>
      <w:pPr>
        <w:ind w:left="317"/>
      </w:pPr>
      <w:r>
        <w:t>☐  Discussing the options interactively</w:t>
      </w:r>
    </w:p>
    <w:p>
      <w:pPr>
        <w:ind w:left="317"/>
      </w:pPr>
      <w:r>
        <w:t>☐  Other: ______</w:t>
      </w:r>
    </w:p>
    <w:p>
      <w:pPr>
        <w:pStyle w:val="Heading2"/>
      </w:pPr>
      <w:r>
        <w:t>Q8 — Recommendation strength</w:t>
      </w:r>
    </w:p>
    <w:p>
      <w:r>
        <w:t>When the evidence supports one option more strongly than the others, what should the AI usually do?</w:t>
      </w:r>
    </w:p>
    <w:p>
      <w:r>
        <w:rPr>
          <w:i/>
        </w:rPr>
        <w:t>Select one.</w:t>
      </w:r>
    </w:p>
    <w:p>
      <w:pPr>
        <w:ind w:left="317"/>
      </w:pPr>
      <w:r>
        <w:t>☐  Give me the recommendation directly</w:t>
      </w:r>
    </w:p>
    <w:p>
      <w:pPr>
        <w:ind w:left="317"/>
      </w:pPr>
      <w:r>
        <w:t>☐  Recommend it, but also show the strongest alternative</w:t>
      </w:r>
    </w:p>
    <w:p>
      <w:pPr>
        <w:ind w:left="317"/>
      </w:pPr>
      <w:r>
        <w:t>☐  Explain the analysis and let me decide without recommending</w:t>
      </w:r>
    </w:p>
    <w:p>
      <w:pPr>
        <w:ind w:left="317"/>
      </w:pPr>
      <w:r>
        <w:t>☐  Ask me questions before recommending</w:t>
      </w:r>
    </w:p>
    <w:p>
      <w:pPr>
        <w:ind w:left="317"/>
      </w:pPr>
      <w:r>
        <w:t>☐  It depends on the consequences of the decision</w:t>
      </w:r>
    </w:p>
    <w:p>
      <w:pPr>
        <w:pStyle w:val="Heading2"/>
      </w:pPr>
      <w:r>
        <w:t>Q9 — Uncertainty in decisions</w:t>
      </w:r>
    </w:p>
    <w:p>
      <w:r>
        <w:t>When there is not enough evidence to know the best answer, what should the AI do?</w:t>
      </w:r>
    </w:p>
    <w:p>
      <w:r>
        <w:rPr>
          <w:i/>
        </w:rPr>
        <w:t>Select up to three.</w:t>
      </w:r>
    </w:p>
    <w:p>
      <w:pPr>
        <w:ind w:left="317"/>
      </w:pPr>
      <w:r>
        <w:t>☐  Say clearly that the answer is uncertain</w:t>
      </w:r>
    </w:p>
    <w:p>
      <w:pPr>
        <w:ind w:left="317"/>
      </w:pPr>
      <w:r>
        <w:t>☐  Estimate likelihoods where possible</w:t>
      </w:r>
    </w:p>
    <w:p>
      <w:pPr>
        <w:ind w:left="317"/>
      </w:pPr>
      <w:r>
        <w:t>☐  Explain what evidence is missing</w:t>
      </w:r>
    </w:p>
    <w:p>
      <w:pPr>
        <w:ind w:left="317"/>
      </w:pPr>
      <w:r>
        <w:t>☐  Present the strongest competing interpretations</w:t>
      </w:r>
    </w:p>
    <w:p>
      <w:pPr>
        <w:ind w:left="317"/>
      </w:pPr>
      <w:r>
        <w:t>☐  Ask questions that could reduce uncertainty</w:t>
      </w:r>
    </w:p>
    <w:p>
      <w:pPr>
        <w:ind w:left="317"/>
      </w:pPr>
      <w:r>
        <w:t>☐  Recommend the safest option</w:t>
      </w:r>
    </w:p>
    <w:p>
      <w:pPr>
        <w:ind w:left="317"/>
      </w:pPr>
      <w:r>
        <w:t>☐  Recommend the most likely option</w:t>
      </w:r>
    </w:p>
    <w:p>
      <w:pPr>
        <w:ind w:left="317"/>
      </w:pPr>
      <w:r>
        <w:t>☐  Delay recommendation until more information is available</w:t>
      </w:r>
    </w:p>
    <w:p>
      <w:pPr>
        <w:ind w:left="317"/>
      </w:pPr>
      <w:r>
        <w:t>☐  Other: ______</w:t>
      </w:r>
    </w:p>
    <w:p>
      <w:pPr>
        <w:pStyle w:val="Heading2"/>
      </w:pPr>
      <w:r>
        <w:t>Q10 — Good and bad decision conditions</w:t>
      </w:r>
    </w:p>
    <w:p>
      <w:r>
        <w:t>Are there conditions under which you make decisions particularly well or poorly?</w:t>
      </w:r>
    </w:p>
    <w:p>
      <w:r>
        <w:t>Consider: time of day; fatigue; stress; anger or frustration; time pressure; sensory environment; unexpected change; having too much or too little information; interpersonal conflict.</w:t>
      </w:r>
    </w:p>
    <w:p>
      <w:r>
        <w:rPr>
          <w:i/>
        </w:rPr>
        <w:t>Two free-text fields.</w:t>
      </w:r>
    </w:p>
    <w:p>
      <w:r>
        <w:t>I tend to make better decisions when...</w:t>
      </w:r>
    </w:p>
    <w:p>
      <w:r>
        <w:t>I tend to make worse decisions when...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pPr>
        <w:pStyle w:val="Heading1"/>
      </w:pPr>
      <w:r>
        <w:t>C. State and context modulation</w:t>
      </w:r>
    </w:p>
    <w:p>
      <w:pPr>
        <w:pStyle w:val="Heading2"/>
      </w:pPr>
      <w:r>
        <w:t>Q11 — What changes under pressure?</w:t>
      </w:r>
    </w:p>
    <w:p>
      <w:r>
        <w:t>When you are stressed, frustrated, angry, tired, overloaded, or under significant pressure, does the way you communicate or make decisions change?</w:t>
      </w:r>
    </w:p>
    <w:p>
      <w:r>
        <w:rPr>
          <w:i/>
        </w:rPr>
        <w:t>Select one.</w:t>
      </w:r>
    </w:p>
    <w:p>
      <w:pPr>
        <w:ind w:left="317"/>
      </w:pPr>
      <w:r>
        <w:t>☐  No meaningful change</w:t>
      </w:r>
    </w:p>
    <w:p>
      <w:pPr>
        <w:ind w:left="317"/>
      </w:pPr>
      <w:r>
        <w:t>☐  Slightly</w:t>
      </w:r>
    </w:p>
    <w:p>
      <w:pPr>
        <w:ind w:left="317"/>
      </w:pPr>
      <w:r>
        <w:t>☐  Moderately</w:t>
      </w:r>
    </w:p>
    <w:p>
      <w:pPr>
        <w:ind w:left="317"/>
      </w:pPr>
      <w:r>
        <w:t>☐  Substantially</w:t>
      </w:r>
    </w:p>
    <w:p>
      <w:pPr>
        <w:ind w:left="317"/>
      </w:pPr>
      <w:r>
        <w:t>☐  It depends on the type of pressure</w:t>
      </w:r>
    </w:p>
    <w:p>
      <w:r>
        <w:t>Optional follow-up: What tends to change?</w:t>
      </w:r>
    </w:p>
    <w:p>
      <w:pPr>
        <w:pStyle w:val="Heading2"/>
      </w:pPr>
      <w:r>
        <w:t>Q12 — Conditions that increase communication difficulty</w:t>
      </w:r>
    </w:p>
    <w:p>
      <w:r>
        <w:t>Which conditions can make communication, interpretation, or decision-making harder for you?</w:t>
      </w:r>
    </w:p>
    <w:p>
      <w:r>
        <w:rPr>
          <w:i/>
        </w:rPr>
        <w:t>Select all that apply.</w:t>
      </w:r>
    </w:p>
    <w:p>
      <w:pPr>
        <w:ind w:left="317"/>
      </w:pPr>
      <w:r>
        <w:t>☐  Too little information</w:t>
      </w:r>
    </w:p>
    <w:p>
      <w:pPr>
        <w:ind w:left="317"/>
      </w:pPr>
      <w:r>
        <w:t>☐  Too much information</w:t>
      </w:r>
    </w:p>
    <w:p>
      <w:pPr>
        <w:ind w:left="317"/>
      </w:pPr>
      <w:r>
        <w:t>☐  Time pressure</w:t>
      </w:r>
    </w:p>
    <w:p>
      <w:pPr>
        <w:ind w:left="317"/>
      </w:pPr>
      <w:r>
        <w:t>☐  Unexpected changes</w:t>
      </w:r>
    </w:p>
    <w:p>
      <w:pPr>
        <w:ind w:left="317"/>
      </w:pPr>
      <w:r>
        <w:t>☐  Emotional intensity</w:t>
      </w:r>
    </w:p>
    <w:p>
      <w:pPr>
        <w:ind w:left="317"/>
      </w:pPr>
      <w:r>
        <w:t>☐  Conflict</w:t>
      </w:r>
    </w:p>
    <w:p>
      <w:pPr>
        <w:ind w:left="317"/>
      </w:pPr>
      <w:r>
        <w:t>☐  Fatigue</w:t>
      </w:r>
    </w:p>
    <w:p>
      <w:pPr>
        <w:ind w:left="317"/>
      </w:pPr>
      <w:r>
        <w:t>☐  Noise or sensory distraction</w:t>
      </w:r>
    </w:p>
    <w:p>
      <w:pPr>
        <w:ind w:left="317"/>
      </w:pPr>
      <w:r>
        <w:t>☐  Multiple people communicating at once</w:t>
      </w:r>
    </w:p>
    <w:p>
      <w:pPr>
        <w:ind w:left="317"/>
      </w:pPr>
      <w:r>
        <w:t>☐  Ambiguous expectations</w:t>
      </w:r>
    </w:p>
    <w:p>
      <w:pPr>
        <w:ind w:left="317"/>
      </w:pPr>
      <w:r>
        <w:t>☐  Unfamiliar people</w:t>
      </w:r>
    </w:p>
    <w:p>
      <w:pPr>
        <w:ind w:left="317"/>
      </w:pPr>
      <w:r>
        <w:t>☐  High-stakes consequences</w:t>
      </w:r>
    </w:p>
    <w:p>
      <w:pPr>
        <w:ind w:left="317"/>
      </w:pPr>
      <w:r>
        <w:t>☐  None of these</w:t>
      </w:r>
    </w:p>
    <w:p>
      <w:pPr>
        <w:ind w:left="317"/>
      </w:pPr>
      <w:r>
        <w:t>☐  Other: ______</w:t>
      </w:r>
    </w:p>
    <w:p>
      <w:pPr>
        <w:pStyle w:val="Heading2"/>
      </w:pPr>
      <w:r>
        <w:t>Q13 — AI support when state is affecting judgment</w:t>
      </w:r>
    </w:p>
    <w:p>
      <w:r>
        <w:t>If the AI detects that frustration, overload, urgency, or emotional intensity may be affecting your reasoning, which actions may be helpful?</w:t>
      </w:r>
    </w:p>
    <w:p>
      <w:r>
        <w:rPr>
          <w:i/>
        </w:rPr>
        <w:t>Select all that apply.</w:t>
      </w:r>
    </w:p>
    <w:p>
      <w:pPr>
        <w:ind w:left="317"/>
      </w:pPr>
      <w:r>
        <w:t>☐  Keep the response shorter</w:t>
      </w:r>
    </w:p>
    <w:p>
      <w:pPr>
        <w:ind w:left="317"/>
      </w:pPr>
      <w:r>
        <w:t>☐  Separate facts from interpretations</w:t>
      </w:r>
    </w:p>
    <w:p>
      <w:pPr>
        <w:ind w:left="317"/>
      </w:pPr>
      <w:r>
        <w:t>☐  Remind me what is known and unknown</w:t>
      </w:r>
    </w:p>
    <w:p>
      <w:pPr>
        <w:ind w:left="317"/>
      </w:pPr>
      <w:r>
        <w:t>☐  Challenge my conclusion before I act</w:t>
      </w:r>
    </w:p>
    <w:p>
      <w:pPr>
        <w:ind w:left="317"/>
      </w:pPr>
      <w:r>
        <w:t>☐  Ask what outcome I actually want</w:t>
      </w:r>
    </w:p>
    <w:p>
      <w:pPr>
        <w:ind w:left="317"/>
      </w:pPr>
      <w:r>
        <w:t>☐  Show the likely perspective of the other person</w:t>
      </w:r>
    </w:p>
    <w:p>
      <w:pPr>
        <w:ind w:left="317"/>
      </w:pPr>
      <w:r>
        <w:t>☐  Give me more context</w:t>
      </w:r>
    </w:p>
    <w:p>
      <w:pPr>
        <w:ind w:left="317"/>
      </w:pPr>
      <w:r>
        <w:t>☐  Reduce the number of choices</w:t>
      </w:r>
    </w:p>
    <w:p>
      <w:pPr>
        <w:ind w:left="317"/>
      </w:pPr>
      <w:r>
        <w:t>☐  Recommend waiting before acting</w:t>
      </w:r>
    </w:p>
    <w:p>
      <w:pPr>
        <w:ind w:left="317"/>
      </w:pPr>
      <w:r>
        <w:t>☐  Do not change its behavior unless I ask</w:t>
      </w:r>
    </w:p>
    <w:p>
      <w:pPr>
        <w:ind w:left="317"/>
      </w:pPr>
      <w:r>
        <w:t>☐  Other: ______</w:t>
      </w:r>
    </w:p>
    <w:p>
      <w:pPr>
        <w:pStyle w:val="Heading2"/>
      </w:pPr>
      <w:r>
        <w:t>Q14 — Context-specific differences</w:t>
      </w:r>
    </w:p>
    <w:p>
      <w:r>
        <w:t>Does the support you want from AI differ across contexts?</w:t>
      </w:r>
    </w:p>
    <w:p>
      <w:r>
        <w:t>For each relevant context, describe anything the AI should know.</w:t>
      </w:r>
    </w:p>
    <w:p>
      <w:r>
        <w:rPr>
          <w:i/>
        </w:rPr>
        <w:t>Optional contextual text for each relevant context.</w:t>
      </w:r>
    </w:p>
    <w:p>
      <w:pPr>
        <w:ind w:left="317"/>
      </w:pPr>
      <w:r>
        <w:t>☐  Work/professional communication</w:t>
      </w:r>
    </w:p>
    <w:p>
      <w:pPr>
        <w:ind w:left="317"/>
      </w:pPr>
      <w:r>
        <w:t>☐  Unfamiliar people</w:t>
      </w:r>
    </w:p>
    <w:p>
      <w:pPr>
        <w:ind w:left="317"/>
      </w:pPr>
      <w:r>
        <w:t>☐  Close relationships</w:t>
      </w:r>
    </w:p>
    <w:p>
      <w:pPr>
        <w:ind w:left="317"/>
      </w:pPr>
      <w:r>
        <w:t>☐  Conflict</w:t>
      </w:r>
    </w:p>
    <w:p>
      <w:pPr>
        <w:ind w:left="317"/>
      </w:pPr>
      <w:r>
        <w:t>☐  Important decisions</w:t>
      </w:r>
    </w:p>
    <w:p>
      <w:pPr>
        <w:ind w:left="317"/>
      </w:pPr>
      <w:r>
        <w:t>☐  Public/social-media communication</w:t>
      </w:r>
    </w:p>
    <w:p>
      <w:pPr>
        <w:ind w:left="317"/>
      </w:pPr>
      <w:r>
        <w:t>☐  Other: ______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pPr>
        <w:pStyle w:val="Heading1"/>
      </w:pPr>
      <w:r>
        <w:t>D. AI behavior calibration</w:t>
      </w:r>
    </w:p>
    <w:p>
      <w:pPr>
        <w:pStyle w:val="Heading2"/>
      </w:pPr>
      <w:r>
        <w:t>Q15 — Interpreting uncertain intent</w:t>
      </w:r>
    </w:p>
    <w:p>
      <w:r>
        <w:t>When you ask the AI what another person probably meant and the evidence is weak, what should it do?</w:t>
      </w:r>
    </w:p>
    <w:p>
      <w:r>
        <w:rPr>
          <w:i/>
        </w:rPr>
        <w:t>Select one; optional secondary preference.</w:t>
      </w:r>
    </w:p>
    <w:p>
      <w:pPr>
        <w:ind w:left="317"/>
      </w:pPr>
      <w:r>
        <w:t>☐  Give the most likely interpretation</w:t>
      </w:r>
    </w:p>
    <w:p>
      <w:pPr>
        <w:ind w:left="317"/>
      </w:pPr>
      <w:r>
        <w:t>☐  Give the most likely interpretation and alternatives</w:t>
      </w:r>
    </w:p>
    <w:p>
      <w:pPr>
        <w:ind w:left="317"/>
      </w:pPr>
      <w:r>
        <w:t>☐  Explain that there is not enough evidence to know</w:t>
      </w:r>
    </w:p>
    <w:p>
      <w:pPr>
        <w:ind w:left="317"/>
      </w:pPr>
      <w:r>
        <w:t>☐  Ask me questions before interpreting</w:t>
      </w:r>
    </w:p>
    <w:p>
      <w:pPr>
        <w:ind w:left="317"/>
      </w:pPr>
      <w:r>
        <w:t>☐  Represent the possibilities as likelihoods or risks</w:t>
      </w:r>
    </w:p>
    <w:p>
      <w:pPr>
        <w:ind w:left="317"/>
      </w:pPr>
      <w:r>
        <w:t>☐  Other: ______</w:t>
      </w:r>
    </w:p>
    <w:p>
      <w:r>
        <w:t>Optional secondary preference: __________________________________________</w:t>
      </w:r>
    </w:p>
    <w:p>
      <w:pPr>
        <w:pStyle w:val="Heading2"/>
      </w:pPr>
      <w:r>
        <w:t>Q16 — Two-way interpretation</w:t>
      </w:r>
    </w:p>
    <w:p>
      <w:r>
        <w:t>Should the AI explain how another person might interpret your words or behavior as well as helping you interpret theirs?</w:t>
      </w:r>
    </w:p>
    <w:p>
      <w:r>
        <w:rPr>
          <w:i/>
        </w:rPr>
        <w:t>Select one.</w:t>
      </w:r>
    </w:p>
    <w:p>
      <w:pPr>
        <w:ind w:left="317"/>
      </w:pPr>
      <w:r>
        <w:t>☐  Usually</w:t>
      </w:r>
    </w:p>
    <w:p>
      <w:pPr>
        <w:ind w:left="317"/>
      </w:pPr>
      <w:r>
        <w:t>☐  Only when misunderstanding seems likely</w:t>
      </w:r>
    </w:p>
    <w:p>
      <w:pPr>
        <w:ind w:left="317"/>
      </w:pPr>
      <w:r>
        <w:t>☐  Only when consequences are significant</w:t>
      </w:r>
    </w:p>
    <w:p>
      <w:pPr>
        <w:ind w:left="317"/>
      </w:pPr>
      <w:r>
        <w:t>☐  Only when I ask</w:t>
      </w:r>
    </w:p>
    <w:p>
      <w:pPr>
        <w:ind w:left="317"/>
      </w:pPr>
      <w:r>
        <w:t>☐  Rarely</w:t>
      </w:r>
    </w:p>
    <w:p>
      <w:pPr>
        <w:ind w:left="317"/>
      </w:pPr>
      <w:r>
        <w:t>☐  Other: ______</w:t>
      </w:r>
    </w:p>
    <w:p>
      <w:pPr>
        <w:pStyle w:val="Heading2"/>
      </w:pPr>
      <w:r>
        <w:t>Q17 — Challenge policy</w:t>
      </w:r>
    </w:p>
    <w:p>
      <w:r>
        <w:t>If the AI thinks your interpretation or proposed action may be wrong or poorly supported, when should it challenge you?</w:t>
      </w:r>
    </w:p>
    <w:p>
      <w:r>
        <w:rPr>
          <w:i/>
        </w:rPr>
        <w:t>Select all that apply.</w:t>
      </w:r>
    </w:p>
    <w:p>
      <w:pPr>
        <w:ind w:left="317"/>
      </w:pPr>
      <w:r>
        <w:t>☐  Whenever it sees a meaningful weakness</w:t>
      </w:r>
    </w:p>
    <w:p>
      <w:pPr>
        <w:ind w:left="317"/>
      </w:pPr>
      <w:r>
        <w:t>☐  Explain the concern and alternatives</w:t>
      </w:r>
    </w:p>
    <w:p>
      <w:pPr>
        <w:ind w:left="317"/>
      </w:pPr>
      <w:r>
        <w:t>☐  Ask questions before challenging</w:t>
      </w:r>
    </w:p>
    <w:p>
      <w:pPr>
        <w:ind w:left="317"/>
      </w:pPr>
      <w:r>
        <w:t>☐  Challenge only when consequences are significant</w:t>
      </w:r>
    </w:p>
    <w:p>
      <w:pPr>
        <w:ind w:left="317"/>
      </w:pPr>
      <w:r>
        <w:t>☐  Challenge more strongly when evidence contradicts me</w:t>
      </w:r>
    </w:p>
    <w:p>
      <w:pPr>
        <w:ind w:left="317"/>
      </w:pPr>
      <w:r>
        <w:t>☐  Challenge less when the issue is subjective or low-stakes</w:t>
      </w:r>
    </w:p>
    <w:p>
      <w:pPr>
        <w:ind w:left="317"/>
      </w:pPr>
      <w:r>
        <w:t>☐  Do not challenge unless I ask</w:t>
      </w:r>
    </w:p>
    <w:p>
      <w:pPr>
        <w:ind w:left="317"/>
      </w:pPr>
      <w:r>
        <w:t>☐  Other: ______</w:t>
      </w:r>
    </w:p>
    <w:p>
      <w:pPr>
        <w:pStyle w:val="Heading2"/>
      </w:pPr>
      <w:r>
        <w:t>Q18 — Correctness versus outcome</w:t>
      </w:r>
    </w:p>
    <w:p>
      <w:r>
        <w:t>If your factual position is defensible but pursuing it may damage the outcome you actually want, what should the AI do?</w:t>
      </w:r>
    </w:p>
    <w:p>
      <w:r>
        <w:rPr>
          <w:i/>
        </w:rPr>
        <w:t>Select one.</w:t>
      </w:r>
    </w:p>
    <w:p>
      <w:pPr>
        <w:ind w:left="317"/>
      </w:pPr>
      <w:r>
        <w:t>☐  Focus on factual correctness</w:t>
      </w:r>
    </w:p>
    <w:p>
      <w:pPr>
        <w:ind w:left="317"/>
      </w:pPr>
      <w:r>
        <w:t>☐  Always point out the likely outcome trade-off</w:t>
      </w:r>
    </w:p>
    <w:p>
      <w:pPr>
        <w:ind w:left="317"/>
      </w:pPr>
      <w:r>
        <w:t>☐  Raise the trade-off when it is material</w:t>
      </w:r>
    </w:p>
    <w:p>
      <w:pPr>
        <w:ind w:left="317"/>
      </w:pPr>
      <w:r>
        <w:t>☐  Recommend the approach most likely to achieve my objective</w:t>
      </w:r>
    </w:p>
    <w:p>
      <w:pPr>
        <w:ind w:left="317"/>
      </w:pPr>
      <w:r>
        <w:t>☐  Ask me which matters more before proceeding</w:t>
      </w:r>
    </w:p>
    <w:p>
      <w:pPr>
        <w:ind w:left="317"/>
      </w:pPr>
      <w:r>
        <w:t>☐  Other: ______</w:t>
      </w:r>
    </w:p>
    <w:p>
      <w:pPr>
        <w:pStyle w:val="Heading2"/>
      </w:pPr>
      <w:r>
        <w:t>Q19 — Before rewriting your communication</w:t>
      </w:r>
    </w:p>
    <w:p>
      <w:r>
        <w:t>Before rewriting something you have written, what should the AI normally do?</w:t>
      </w:r>
    </w:p>
    <w:p>
      <w:r>
        <w:rPr>
          <w:i/>
        </w:rPr>
        <w:t>Select all that apply.</w:t>
      </w:r>
    </w:p>
    <w:p>
      <w:pPr>
        <w:ind w:left="317"/>
      </w:pPr>
      <w:r>
        <w:t>☐  Identify what I am trying to achieve</w:t>
      </w:r>
    </w:p>
    <w:p>
      <w:pPr>
        <w:ind w:left="317"/>
      </w:pPr>
      <w:r>
        <w:t>☐  Tell me how the original may be perceived</w:t>
      </w:r>
    </w:p>
    <w:p>
      <w:pPr>
        <w:ind w:left="317"/>
      </w:pPr>
      <w:r>
        <w:t>☐  Preserve my wording wherever possible</w:t>
      </w:r>
    </w:p>
    <w:p>
      <w:pPr>
        <w:ind w:left="317"/>
      </w:pPr>
      <w:r>
        <w:t>☐  Correct only clear problems</w:t>
      </w:r>
    </w:p>
    <w:p>
      <w:pPr>
        <w:ind w:left="317"/>
      </w:pPr>
      <w:r>
        <w:t>☐  Suggest alternatives rather than automatically changing it</w:t>
      </w:r>
    </w:p>
    <w:p>
      <w:pPr>
        <w:ind w:left="317"/>
      </w:pPr>
      <w:r>
        <w:t>☐  Produce the strongest version for the objective</w:t>
      </w:r>
    </w:p>
    <w:p>
      <w:pPr>
        <w:ind w:left="317"/>
      </w:pPr>
      <w:r>
        <w:t>☐  Explain important trade-offs</w:t>
      </w:r>
    </w:p>
    <w:p>
      <w:pPr>
        <w:ind w:left="317"/>
      </w:pPr>
      <w:r>
        <w:t>☐  Other: ______</w:t>
      </w:r>
    </w:p>
    <w:p>
      <w:pPr>
        <w:pStyle w:val="Heading2"/>
      </w:pPr>
      <w:r>
        <w:t>Q20 — What should remain recognizably yours?</w:t>
      </w:r>
    </w:p>
    <w:p>
      <w:r>
        <w:t>What qualities of your communication should the AI preserve even when helping you communicate more effectively?</w:t>
      </w:r>
    </w:p>
    <w:p>
      <w:r>
        <w:rPr>
          <w:i/>
        </w:rPr>
        <w:t>Free-text response.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pPr>
        <w:pStyle w:val="Heading2"/>
      </w:pPr>
      <w:r>
        <w:t>Q21 — Adaptation versus authenticity</w:t>
      </w:r>
    </w:p>
    <w:p>
      <w:r>
        <w:t>If changing your communication would probably make an interaction easier but would also make it feel less authentic, what should the AI usually do?</w:t>
      </w:r>
    </w:p>
    <w:p>
      <w:r>
        <w:rPr>
          <w:i/>
        </w:rPr>
        <w:t>Select one.</w:t>
      </w:r>
    </w:p>
    <w:p>
      <w:pPr>
        <w:ind w:left="317"/>
      </w:pPr>
      <w:r>
        <w:t>☐  Optimize for the easier interaction</w:t>
      </w:r>
    </w:p>
    <w:p>
      <w:pPr>
        <w:ind w:left="317"/>
      </w:pPr>
      <w:r>
        <w:t>☐  Preserve my original style</w:t>
      </w:r>
    </w:p>
    <w:p>
      <w:pPr>
        <w:ind w:left="317"/>
      </w:pPr>
      <w:r>
        <w:t>☐  Show both versions and explain the trade-off</w:t>
      </w:r>
    </w:p>
    <w:p>
      <w:pPr>
        <w:ind w:left="317"/>
      </w:pPr>
      <w:r>
        <w:t>☐  Recommend one but let me decide</w:t>
      </w:r>
    </w:p>
    <w:p>
      <w:pPr>
        <w:ind w:left="317"/>
      </w:pPr>
      <w:r>
        <w:t>☐  Ask me each time</w:t>
      </w:r>
    </w:p>
    <w:p>
      <w:pPr>
        <w:ind w:left="317"/>
      </w:pPr>
      <w:r>
        <w:t>☐  Other: ______</w:t>
      </w:r>
    </w:p>
    <w:p>
      <w:pPr>
        <w:pStyle w:val="Heading2"/>
      </w:pPr>
      <w:r>
        <w:t>Q22 — Unwanted AI behavior</w:t>
      </w:r>
    </w:p>
    <w:p>
      <w:r>
        <w:t>What should this AI avoid doing when it supports you?</w:t>
      </w:r>
    </w:p>
    <w:p>
      <w:r>
        <w:t>Examples might include agreeing automatically, being patronizing, overexplaining, changing your tone too much, suppressing disagreement, assuming motives, or treating one communication style as inherently better.</w:t>
      </w:r>
    </w:p>
    <w:p>
      <w:r>
        <w:rPr>
          <w:i/>
        </w:rPr>
        <w:t>Free-text response.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pPr>
        <w:pStyle w:val="Heading1"/>
      </w:pPr>
      <w:r>
        <w:t>E. Scenario calibration</w:t>
      </w:r>
    </w:p>
    <w:p>
      <w:r>
        <w:t>The scenarios are not diagnostic. For each situation, respond to the follow-up questions in your own words.</w:t>
      </w:r>
    </w:p>
    <w:p>
      <w:pPr>
        <w:pStyle w:val="Heading2"/>
      </w:pPr>
      <w:r>
        <w:t>S1 — Ambiguous interpersonal message</w:t>
      </w:r>
    </w:p>
    <w:p>
      <w:r>
        <w:t>Someone replies: “Fine. Do whatever you think is best.”</w:t>
      </w:r>
    </w:p>
    <w:p>
      <w:r>
        <w:t>1. What meanings seem plausible?</w:t>
      </w:r>
    </w:p>
    <w:p>
      <w:r>
        <w:t>2. Which interpretation would you lean toward, if any?</w:t>
      </w:r>
    </w:p>
    <w:p>
      <w:r>
        <w:t>3. How confident are you?</w:t>
      </w:r>
    </w:p>
    <w:p>
      <w:r>
        <w:t>4. What should the AI do before helping you respond?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2"/>
      </w:pPr>
      <w:r>
        <w:t>S2 — Frustrated outgoing message</w:t>
      </w:r>
    </w:p>
    <w:p>
      <w:r>
        <w:t>You are frustrated and are about to send: “We've discussed this three times. I don't understand why this is still unclear.”</w:t>
      </w:r>
    </w:p>
    <w:p>
      <w:r>
        <w:t>1. Would you want the AI to intervene?</w:t>
      </w:r>
    </w:p>
    <w:p>
      <w:r>
        <w:t>2. What should it tell you?</w:t>
      </w:r>
    </w:p>
    <w:p>
      <w:r>
        <w:t>3. Should it rewrite the message automatically, suggest an alternative, or leave it unchanged?</w:t>
      </w:r>
    </w:p>
    <w:p>
      <w:r>
        <w:t>4. What outcome should it optimize for?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2"/>
      </w:pPr>
      <w:r>
        <w:t>S3 — Pattern or systemic conclusion</w:t>
      </w:r>
    </w:p>
    <w:p>
      <w:r>
        <w:t>One important deadline was missed. You conclude: “The whole delivery model is failing.”</w:t>
      </w:r>
    </w:p>
    <w:p>
      <w:r>
        <w:t>1. What should the AI do first?</w:t>
      </w:r>
    </w:p>
    <w:p>
      <w:r>
        <w:t>2. Should it challenge the conclusion?</w:t>
      </w:r>
    </w:p>
    <w:p>
      <w:r>
        <w:t>3. What evidence should it distinguish?</w:t>
      </w:r>
    </w:p>
    <w:p>
      <w:r>
        <w:t>4. At what consequence level should it intervene?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2"/>
      </w:pPr>
      <w:r>
        <w:t>S4 — Authenticity trade-off</w:t>
      </w:r>
    </w:p>
    <w:p>
      <w:r>
        <w:t>Your message is accurate and clear. The AI believes a warmer version would probably get a better response.</w:t>
      </w:r>
    </w:p>
    <w:p>
      <w:r>
        <w:t>1. Should it change the message?</w:t>
      </w:r>
    </w:p>
    <w:p>
      <w:r>
        <w:t>2. Should it explain the trade-off?</w:t>
      </w:r>
    </w:p>
    <w:p>
      <w:r>
        <w:t>3. Should it show both versions?</w:t>
      </w:r>
    </w:p>
    <w:p>
      <w:r>
        <w:t>4. Who should make the final decision?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2"/>
      </w:pPr>
      <w:r>
        <w:t>S5 — Overload and too many options</w:t>
      </w:r>
    </w:p>
    <w:p>
      <w:r>
        <w:t>You are overloaded and facing six possible actions.</w:t>
      </w:r>
    </w:p>
    <w:p>
      <w:r>
        <w:t>1. Should the AI reduce the options?</w:t>
      </w:r>
    </w:p>
    <w:p>
      <w:r>
        <w:t>2. Should it recommend one directly?</w:t>
      </w:r>
    </w:p>
    <w:p>
      <w:r>
        <w:t>3. Should it ask questions first?</w:t>
      </w:r>
    </w:p>
    <w:p>
      <w:r>
        <w:t>4. How much reasoning should it show?</w:t>
      </w:r>
    </w:p>
    <w:p>
      <w:r>
        <w:t>5. Should it challenge your initial preference if it appears weak?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2"/>
      </w:pPr>
      <w:r>
        <w:t>S6 — Two-way mismatch</w:t>
      </w:r>
    </w:p>
    <w:p>
      <w:r>
        <w:t>You believe another person is being evasive. They may believe you are being overly demanding.</w:t>
      </w:r>
    </w:p>
    <w:p>
      <w:r>
        <w:t>1. How should the AI help you understand both sides?</w:t>
      </w:r>
    </w:p>
    <w:p>
      <w:r>
        <w:t>2. Should it help you explore how your communication may be landing?</w:t>
      </w:r>
    </w:p>
    <w:p>
      <w:r>
        <w:t>3. Should it identify reciprocal misunderstanding where plausible?</w:t>
      </w:r>
    </w:p>
    <w:p>
      <w:r>
        <w:t>4. How should uncertainty be represented?</w:t>
      </w:r>
    </w:p>
    <w:p>
      <w:r>
        <w:t>Response: ______________________________________________________________</w:t>
      </w:r>
    </w:p>
    <w:p>
      <w:r>
        <w:t>_______________________________________________________________________</w:t>
      </w:r>
    </w:p>
    <w:p>
      <w:pPr>
        <w:pStyle w:val="Heading1"/>
      </w:pPr>
      <w:r>
        <w:t>Instrument sources</w:t>
      </w:r>
    </w:p>
    <w:p>
      <w:r>
        <w:t>Q1–Q22 and S1–S5: AI Calibration v0.2 (research draft, October 7, 2026). S6: Profile Builder v1, founder-approved reciprocal misunderstanding scenario. Response-choice registry: contracts/v0.1/instrument_registry_v01.json. These are participant-facing intake materials; subsequent guided interpretation and rule approval are separate steps.</w:t>
      </w:r>
    </w:p>
    <w:sectPr w:rsidR="00FC693F" w:rsidRPr="0006063C" w:rsidSect="00034616">
      <w:footerReference w:type="default" r:id="rId9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Northline Advisory  |  CSA Intake Instrument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